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דימוי, האנשה, מטאפורה, חזרה, ניגוד וסמל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האמצעי המתאים מתוך מחסן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שיש בו אמצעי אומנותי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בוחרים את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א –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משלימים ממחסן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בין האמצעי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עם המילה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(חפץ מתנהג כמו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(השוואה בלי המילה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(מילה שחוזרת 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(שתי מילים הפוכות)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(חפץ שמייצג רעיון)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האנשה זה ההפך - חפץ מתנהג כמו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סמל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דוגמה לניגוד, לא לחזרה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ג׳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שממשיכה את ההשוואה, למשל: רוח, חץ,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שבו לחפץ יש תכונה או פעולה אנושית, למשל השולחן בכה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- השוואה עם כמו או כ-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יום ולילה או חם 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בהאנשה חפץ מתנהג כמו אדם, במטאפורה יש השוואה בלי כמו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משפט בקול ולתת זמן מענה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את מחסן המילים בכל שלב התרגול כדי להפחית עומס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לקבל תשובה בעל פה ולתעד במקום לדרוש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לזהות אמצעים בכתיבה: דימוי, האנשה, מטאפורה, חזרה, ניגוד וסמל. המשפטים קצרים ופשוטים.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עם המילה כמו או כ-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לא חי מתנהג כמו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המילה כמו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שחוזרת כמה פעמים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הפוכות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שמייצג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לעזרה בכתיבה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בוחרים את האמצעי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מסמל לב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באיזה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מה מסמלת יונה עם עלה 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משלימים ממחסן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"העננים בכו כל הלילה"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"היא שקטה כמו עכבר"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"חם בחוץ, קר בבית"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"לאט, לאט, לאט"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"החבר שלי הוא סלע" 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בין האמצעי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בלי המילה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 שמייצג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מתנהג כמו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עם המילה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שחוזרת שוב ושוב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שתי מילים הפוכות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בדימוי יש תמיד את המילה כמו או כ-.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כשחיה מתנהגת כמו 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עם עלה זית היא סמל לשלום.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"גדול וקטן" הוא דוגמה לחזרה.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ג׳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 את הדימוי: "הכלב רץ מהר כמו ___."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חפץ מתנהג כמו אדם (האנשה). אפשר להתחיל כך: "השולחן..."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דימוי ומהי המילה שמזהה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ניגוד.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האנשה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